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C9854" w14:textId="77777777" w:rsidR="003A4588" w:rsidRDefault="00000000">
      <w:pPr>
        <w:spacing w:after="80"/>
        <w:jc w:val="right"/>
      </w:pPr>
      <w:r>
        <w:rPr>
          <w:b/>
          <w:sz w:val="18"/>
        </w:rPr>
        <w:t>Załącznik nr 4</w:t>
      </w:r>
    </w:p>
    <w:p w14:paraId="39D11C55" w14:textId="77777777" w:rsidR="00036EC7" w:rsidRDefault="00036EC7">
      <w:pPr>
        <w:spacing w:after="60"/>
        <w:jc w:val="center"/>
        <w:rPr>
          <w:b/>
          <w:sz w:val="30"/>
        </w:rPr>
      </w:pPr>
    </w:p>
    <w:p w14:paraId="2C5C99F8" w14:textId="621AD102" w:rsidR="003A4588" w:rsidRDefault="00000000">
      <w:pPr>
        <w:spacing w:after="60"/>
        <w:jc w:val="center"/>
      </w:pPr>
      <w:r>
        <w:rPr>
          <w:b/>
          <w:sz w:val="30"/>
        </w:rPr>
        <w:t>WYKAZ WNIOSKÓW DO MIEJSCOWEGO PLANU</w:t>
      </w:r>
      <w:r>
        <w:rPr>
          <w:b/>
          <w:sz w:val="30"/>
        </w:rPr>
        <w:br/>
        <w:t>ZAGOSPODAROWANIA PRZESTRZENNEGO</w:t>
      </w:r>
    </w:p>
    <w:p w14:paraId="778B958F" w14:textId="77777777" w:rsidR="003A4588" w:rsidRDefault="00000000">
      <w:pPr>
        <w:spacing w:after="160"/>
        <w:jc w:val="center"/>
      </w:pPr>
      <w:r>
        <w:t>Wykaz dotyczy projektu miejscowego planu zagospodarowania przestrzennego Gminy Raciechowice dla części miejscowości Raciechowice</w:t>
      </w:r>
    </w:p>
    <w:tbl>
      <w:tblPr>
        <w:tblStyle w:val="Tabela-Siatka"/>
        <w:tblW w:w="12756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1247"/>
        <w:gridCol w:w="2438"/>
        <w:gridCol w:w="2721"/>
        <w:gridCol w:w="1928"/>
        <w:gridCol w:w="1361"/>
        <w:gridCol w:w="1361"/>
        <w:gridCol w:w="1020"/>
      </w:tblGrid>
      <w:tr w:rsidR="003A4588" w14:paraId="584E0ECB" w14:textId="77777777">
        <w:trPr>
          <w:tblHeader/>
          <w:jc w:val="center"/>
        </w:trPr>
        <w:tc>
          <w:tcPr>
            <w:tcW w:w="680" w:type="dxa"/>
            <w:vMerge w:val="restart"/>
            <w:shd w:val="clear" w:color="auto" w:fill="E7E6E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0F58051" w14:textId="77777777" w:rsidR="003A4588" w:rsidRDefault="00000000">
            <w:pPr>
              <w:jc w:val="center"/>
            </w:pPr>
            <w:r>
              <w:rPr>
                <w:b/>
                <w:sz w:val="15"/>
              </w:rPr>
              <w:t>Lp.</w:t>
            </w:r>
          </w:p>
        </w:tc>
        <w:tc>
          <w:tcPr>
            <w:tcW w:w="1247" w:type="dxa"/>
            <w:vMerge w:val="restart"/>
            <w:shd w:val="clear" w:color="auto" w:fill="E7E6E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487686" w14:textId="77777777" w:rsidR="003A4588" w:rsidRDefault="00000000">
            <w:pPr>
              <w:jc w:val="center"/>
            </w:pPr>
            <w:r>
              <w:rPr>
                <w:b/>
                <w:sz w:val="15"/>
              </w:rPr>
              <w:t>Data wpływu</w:t>
            </w:r>
            <w:r>
              <w:rPr>
                <w:b/>
                <w:sz w:val="15"/>
              </w:rPr>
              <w:br/>
              <w:t>wniosku</w:t>
            </w:r>
          </w:p>
        </w:tc>
        <w:tc>
          <w:tcPr>
            <w:tcW w:w="2438" w:type="dxa"/>
            <w:vMerge w:val="restart"/>
            <w:shd w:val="clear" w:color="auto" w:fill="E7E6E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F7B703" w14:textId="77777777" w:rsidR="003A4588" w:rsidRDefault="00000000">
            <w:pPr>
              <w:jc w:val="center"/>
            </w:pPr>
            <w:r>
              <w:rPr>
                <w:b/>
                <w:sz w:val="15"/>
              </w:rPr>
              <w:t>Nazwisko i imię,</w:t>
            </w:r>
            <w:r>
              <w:rPr>
                <w:b/>
                <w:sz w:val="15"/>
              </w:rPr>
              <w:br/>
              <w:t>nazwa jednostki organizacyjnej</w:t>
            </w:r>
            <w:r>
              <w:rPr>
                <w:b/>
                <w:sz w:val="15"/>
              </w:rPr>
              <w:br/>
              <w:t>i adres</w:t>
            </w:r>
          </w:p>
        </w:tc>
        <w:tc>
          <w:tcPr>
            <w:tcW w:w="2721" w:type="dxa"/>
            <w:vMerge w:val="restart"/>
            <w:shd w:val="clear" w:color="auto" w:fill="E7E6E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34E11B" w14:textId="77777777" w:rsidR="003A4588" w:rsidRDefault="00000000">
            <w:pPr>
              <w:jc w:val="center"/>
            </w:pPr>
            <w:r>
              <w:rPr>
                <w:b/>
                <w:sz w:val="15"/>
              </w:rPr>
              <w:t>Treść wniosku</w:t>
            </w:r>
          </w:p>
        </w:tc>
        <w:tc>
          <w:tcPr>
            <w:tcW w:w="1928" w:type="dxa"/>
            <w:vMerge w:val="restart"/>
            <w:shd w:val="clear" w:color="auto" w:fill="E7E6E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AC9BAD" w14:textId="77777777" w:rsidR="003A4588" w:rsidRDefault="00000000">
            <w:pPr>
              <w:jc w:val="center"/>
            </w:pPr>
            <w:r>
              <w:rPr>
                <w:b/>
                <w:sz w:val="15"/>
              </w:rPr>
              <w:t>Oznaczenie nieruchomości,</w:t>
            </w:r>
            <w:r>
              <w:rPr>
                <w:b/>
                <w:sz w:val="15"/>
              </w:rPr>
              <w:br/>
              <w:t>której dotyczy wniosek</w:t>
            </w:r>
          </w:p>
        </w:tc>
        <w:tc>
          <w:tcPr>
            <w:tcW w:w="1361" w:type="dxa"/>
            <w:gridSpan w:val="2"/>
            <w:shd w:val="clear" w:color="auto" w:fill="E7E6E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DD3802" w14:textId="77777777" w:rsidR="003A4588" w:rsidRDefault="00000000">
            <w:pPr>
              <w:jc w:val="center"/>
            </w:pPr>
            <w:r>
              <w:rPr>
                <w:b/>
                <w:sz w:val="15"/>
              </w:rPr>
              <w:t>Rozstrzygnięcie Wójta Gminy Raciechowice</w:t>
            </w:r>
            <w:r>
              <w:rPr>
                <w:b/>
                <w:sz w:val="15"/>
              </w:rPr>
              <w:br/>
              <w:t>w sprawie rozpatrzenia wniosku</w:t>
            </w:r>
          </w:p>
          <w:p w14:paraId="11BA5775" w14:textId="77777777" w:rsidR="003A4588" w:rsidRDefault="003A4588">
            <w:pPr>
              <w:jc w:val="center"/>
            </w:pPr>
          </w:p>
        </w:tc>
        <w:tc>
          <w:tcPr>
            <w:tcW w:w="1020" w:type="dxa"/>
            <w:vMerge w:val="restart"/>
            <w:shd w:val="clear" w:color="auto" w:fill="E7E6E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B9D5DB" w14:textId="77777777" w:rsidR="003A4588" w:rsidRDefault="00000000">
            <w:pPr>
              <w:jc w:val="center"/>
            </w:pPr>
            <w:r>
              <w:rPr>
                <w:b/>
                <w:sz w:val="15"/>
              </w:rPr>
              <w:t>Uwagi</w:t>
            </w:r>
          </w:p>
        </w:tc>
      </w:tr>
      <w:tr w:rsidR="003A4588" w14:paraId="30935910" w14:textId="77777777">
        <w:trPr>
          <w:jc w:val="center"/>
        </w:trPr>
        <w:tc>
          <w:tcPr>
            <w:tcW w:w="1935" w:type="dxa"/>
            <w:vMerge/>
          </w:tcPr>
          <w:p w14:paraId="459A7297" w14:textId="77777777" w:rsidR="003A4588" w:rsidRDefault="003A4588"/>
        </w:tc>
        <w:tc>
          <w:tcPr>
            <w:tcW w:w="1935" w:type="dxa"/>
            <w:vMerge/>
          </w:tcPr>
          <w:p w14:paraId="512AD376" w14:textId="77777777" w:rsidR="003A4588" w:rsidRDefault="003A4588"/>
        </w:tc>
        <w:tc>
          <w:tcPr>
            <w:tcW w:w="1935" w:type="dxa"/>
            <w:vMerge/>
          </w:tcPr>
          <w:p w14:paraId="72FF3014" w14:textId="77777777" w:rsidR="003A4588" w:rsidRDefault="003A4588"/>
        </w:tc>
        <w:tc>
          <w:tcPr>
            <w:tcW w:w="1935" w:type="dxa"/>
            <w:vMerge/>
          </w:tcPr>
          <w:p w14:paraId="42E463C7" w14:textId="77777777" w:rsidR="003A4588" w:rsidRDefault="003A4588"/>
        </w:tc>
        <w:tc>
          <w:tcPr>
            <w:tcW w:w="1935" w:type="dxa"/>
            <w:vMerge/>
          </w:tcPr>
          <w:p w14:paraId="4ED4B484" w14:textId="77777777" w:rsidR="003A4588" w:rsidRDefault="003A4588"/>
        </w:tc>
        <w:tc>
          <w:tcPr>
            <w:tcW w:w="1361" w:type="dxa"/>
            <w:shd w:val="clear" w:color="auto" w:fill="E7E6E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1E0305" w14:textId="77777777" w:rsidR="003A4588" w:rsidRDefault="00000000">
            <w:pPr>
              <w:jc w:val="center"/>
            </w:pPr>
            <w:r>
              <w:rPr>
                <w:b/>
                <w:sz w:val="14"/>
              </w:rPr>
              <w:t>wniosek</w:t>
            </w:r>
            <w:r>
              <w:rPr>
                <w:b/>
                <w:sz w:val="14"/>
              </w:rPr>
              <w:br/>
              <w:t>uwzględniony</w:t>
            </w:r>
          </w:p>
        </w:tc>
        <w:tc>
          <w:tcPr>
            <w:tcW w:w="1361" w:type="dxa"/>
            <w:shd w:val="clear" w:color="auto" w:fill="E7E6E6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66B335" w14:textId="77777777" w:rsidR="003A4588" w:rsidRDefault="00000000">
            <w:pPr>
              <w:jc w:val="center"/>
            </w:pPr>
            <w:r>
              <w:rPr>
                <w:b/>
                <w:sz w:val="14"/>
              </w:rPr>
              <w:t>wniosek</w:t>
            </w:r>
            <w:r>
              <w:rPr>
                <w:b/>
                <w:sz w:val="14"/>
              </w:rPr>
              <w:br/>
              <w:t>nieuwzględniony</w:t>
            </w:r>
          </w:p>
        </w:tc>
        <w:tc>
          <w:tcPr>
            <w:tcW w:w="1935" w:type="dxa"/>
            <w:vMerge/>
          </w:tcPr>
          <w:p w14:paraId="09F5AA4F" w14:textId="77777777" w:rsidR="003A4588" w:rsidRDefault="003A4588"/>
        </w:tc>
      </w:tr>
      <w:tr w:rsidR="003A4588" w14:paraId="664277C9" w14:textId="77777777">
        <w:trPr>
          <w:jc w:val="center"/>
        </w:trPr>
        <w:tc>
          <w:tcPr>
            <w:tcW w:w="680" w:type="dxa"/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CC95C7" w14:textId="77777777" w:rsidR="003A4588" w:rsidRDefault="00000000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1247" w:type="dxa"/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9ABA67" w14:textId="77777777" w:rsidR="003A4588" w:rsidRDefault="00000000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2438" w:type="dxa"/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EDC35A" w14:textId="77777777" w:rsidR="003A4588" w:rsidRDefault="00000000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2721" w:type="dxa"/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6C4DE7" w14:textId="77777777" w:rsidR="003A4588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928" w:type="dxa"/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F57AA5" w14:textId="77777777" w:rsidR="003A4588" w:rsidRDefault="00000000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1361" w:type="dxa"/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6F0314" w14:textId="77777777" w:rsidR="003A4588" w:rsidRDefault="00000000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1361" w:type="dxa"/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D5E8C2" w14:textId="77777777" w:rsidR="003A4588" w:rsidRDefault="00000000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1020" w:type="dxa"/>
            <w:shd w:val="clear" w:color="auto" w:fill="F2F2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4F5A28" w14:textId="77777777" w:rsidR="003A4588" w:rsidRDefault="00000000">
            <w:pPr>
              <w:jc w:val="center"/>
            </w:pPr>
            <w:r>
              <w:rPr>
                <w:sz w:val="14"/>
              </w:rPr>
              <w:t>8</w:t>
            </w:r>
          </w:p>
        </w:tc>
      </w:tr>
      <w:tr w:rsidR="003A4588" w14:paraId="03E5BF95" w14:textId="77777777">
        <w:trPr>
          <w:trHeight w:val="964"/>
          <w:jc w:val="center"/>
        </w:trPr>
        <w:tc>
          <w:tcPr>
            <w:tcW w:w="1020" w:type="dxa"/>
            <w:gridSpan w:val="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FA5042" w14:textId="6E6D676B" w:rsidR="003A4588" w:rsidRDefault="00036EC7">
            <w:pPr>
              <w:jc w:val="center"/>
            </w:pPr>
            <w:r>
              <w:rPr>
                <w:b/>
              </w:rPr>
              <w:t xml:space="preserve">W </w:t>
            </w:r>
            <w:proofErr w:type="spellStart"/>
            <w:r>
              <w:rPr>
                <w:b/>
              </w:rPr>
              <w:t>trakcie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trwania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terminu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przewidzianego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składanie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wniosków</w:t>
            </w:r>
            <w:proofErr w:type="spellEnd"/>
            <w:r>
              <w:rPr>
                <w:b/>
              </w:rPr>
              <w:t xml:space="preserve"> do </w:t>
            </w:r>
            <w:proofErr w:type="spellStart"/>
            <w:r>
              <w:rPr>
                <w:b/>
              </w:rPr>
              <w:t>projektu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planu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wpłynęły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żądne</w:t>
            </w:r>
            <w:proofErr w:type="spellEnd"/>
            <w:r>
              <w:rPr>
                <w:b/>
              </w:rPr>
              <w:t xml:space="preserve"> wnioski.</w:t>
            </w:r>
          </w:p>
        </w:tc>
      </w:tr>
    </w:tbl>
    <w:p w14:paraId="1FF3752C" w14:textId="77777777" w:rsidR="003A4588" w:rsidRDefault="00000000">
      <w:pPr>
        <w:spacing w:before="180"/>
      </w:pPr>
      <w:r>
        <w:rPr>
          <w:sz w:val="18"/>
        </w:rPr>
        <w:t>Załączniki: brak (nie wpłynęły żadne wnioski).</w:t>
      </w:r>
    </w:p>
    <w:p w14:paraId="59E2DBBF" w14:textId="77777777" w:rsidR="003A4588" w:rsidRDefault="00000000">
      <w:pPr>
        <w:spacing w:before="320"/>
        <w:jc w:val="right"/>
      </w:pPr>
      <w:r>
        <w:rPr>
          <w:sz w:val="18"/>
        </w:rPr>
        <w:t>............................................................</w:t>
      </w:r>
      <w:r>
        <w:rPr>
          <w:sz w:val="18"/>
        </w:rPr>
        <w:br/>
        <w:t>Wójt Gminy Raciechowice</w:t>
      </w:r>
    </w:p>
    <w:sectPr w:rsidR="003A4588" w:rsidSect="00034616">
      <w:pgSz w:w="16838" w:h="11906" w:orient="landscape"/>
      <w:pgMar w:top="850" w:right="680" w:bottom="850" w:left="68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5473518">
    <w:abstractNumId w:val="8"/>
  </w:num>
  <w:num w:numId="2" w16cid:durableId="949242470">
    <w:abstractNumId w:val="6"/>
  </w:num>
  <w:num w:numId="3" w16cid:durableId="756706083">
    <w:abstractNumId w:val="5"/>
  </w:num>
  <w:num w:numId="4" w16cid:durableId="1150631051">
    <w:abstractNumId w:val="4"/>
  </w:num>
  <w:num w:numId="5" w16cid:durableId="877085761">
    <w:abstractNumId w:val="7"/>
  </w:num>
  <w:num w:numId="6" w16cid:durableId="806120733">
    <w:abstractNumId w:val="3"/>
  </w:num>
  <w:num w:numId="7" w16cid:durableId="9914133">
    <w:abstractNumId w:val="2"/>
  </w:num>
  <w:num w:numId="8" w16cid:durableId="731316610">
    <w:abstractNumId w:val="1"/>
  </w:num>
  <w:num w:numId="9" w16cid:durableId="855575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6EC7"/>
    <w:rsid w:val="0006063C"/>
    <w:rsid w:val="0015074B"/>
    <w:rsid w:val="0029639D"/>
    <w:rsid w:val="00326F90"/>
    <w:rsid w:val="00335442"/>
    <w:rsid w:val="003A458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3C4F7C"/>
  <w14:defaultImageDpi w14:val="300"/>
  <w15:docId w15:val="{26C7A384-B14E-478E-8B3A-273112014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wniosków do MPZP Gminy Raciechowice dla części miejscowości Raciechowice</dc:title>
  <dc:subject>Dokumentacja prac planistycznych - stara procedura</dc:subject>
  <dc:creator>4GIS sp. z o.o.</dc:creator>
  <cp:keywords/>
  <dc:description>generated by python-docx</dc:description>
  <cp:lastModifiedBy>Ireneusz Wojcik</cp:lastModifiedBy>
  <cp:revision>2</cp:revision>
  <dcterms:created xsi:type="dcterms:W3CDTF">2026-08-26T07:55:00Z</dcterms:created>
  <dcterms:modified xsi:type="dcterms:W3CDTF">2026-08-26T07:55:00Z</dcterms:modified>
  <cp:category/>
</cp:coreProperties>
</file>